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86164" w14:textId="77777777" w:rsidR="007D3DB5" w:rsidRDefault="007D3DB5">
      <w:pPr>
        <w:spacing w:after="40"/>
        <w:rPr>
          <w:b/>
          <w:color w:val="C9992E"/>
          <w:lang w:val="da-DK"/>
        </w:rPr>
      </w:pPr>
    </w:p>
    <w:p w14:paraId="20729FEC" w14:textId="77777777" w:rsidR="002014CA" w:rsidRDefault="002014CA">
      <w:pPr>
        <w:spacing w:after="40"/>
        <w:rPr>
          <w:b/>
          <w:color w:val="C9992E"/>
          <w:lang w:val="da-DK"/>
        </w:rPr>
      </w:pPr>
    </w:p>
    <w:p w14:paraId="26513052" w14:textId="2D6896EC" w:rsidR="0038062E" w:rsidRPr="007D3DB5" w:rsidRDefault="00D132DA">
      <w:pPr>
        <w:spacing w:after="40"/>
        <w:rPr>
          <w:lang w:val="da-DK"/>
        </w:rPr>
      </w:pPr>
      <w:r w:rsidRPr="007D3DB5">
        <w:rPr>
          <w:b/>
          <w:color w:val="17365D"/>
          <w:sz w:val="37"/>
          <w:lang w:val="da-DK"/>
        </w:rPr>
        <w:t>Stipendium til ukrainske og russiske elever</w:t>
      </w:r>
    </w:p>
    <w:p w14:paraId="13B78266" w14:textId="5653297D" w:rsidR="0038062E" w:rsidRPr="007D3DB5" w:rsidRDefault="007D3DB5">
      <w:pPr>
        <w:rPr>
          <w:lang w:val="da-DK"/>
        </w:rPr>
      </w:pPr>
      <w:r>
        <w:rPr>
          <w:b/>
          <w:color w:val="2F75B5"/>
          <w:sz w:val="22"/>
          <w:lang w:val="da-DK"/>
        </w:rPr>
        <w:t>Bekræftelse på gennemført ophold</w:t>
      </w:r>
    </w:p>
    <w:p w14:paraId="021236E9" w14:textId="77777777" w:rsidR="0038062E" w:rsidRPr="007D3DB5" w:rsidRDefault="00D132DA">
      <w:pPr>
        <w:rPr>
          <w:lang w:val="da-DK"/>
        </w:rPr>
      </w:pPr>
      <w:r w:rsidRPr="007D3DB5">
        <w:rPr>
          <w:color w:val="5D6673"/>
          <w:sz w:val="18"/>
          <w:lang w:val="da-DK"/>
        </w:rPr>
        <w:t>Højskolen bekræfter hermed nedenstående oplysninger.</w:t>
      </w:r>
    </w:p>
    <w:p w14:paraId="2876154C" w14:textId="77777777" w:rsidR="007D3DB5" w:rsidRDefault="007D3DB5">
      <w:pPr>
        <w:keepNext/>
        <w:pBdr>
          <w:bottom w:val="single" w:sz="7" w:space="2" w:color="2F75B5"/>
        </w:pBdr>
        <w:spacing w:before="100" w:after="40"/>
        <w:rPr>
          <w:b/>
          <w:color w:val="2F75B5"/>
          <w:sz w:val="17"/>
        </w:rPr>
      </w:pPr>
    </w:p>
    <w:p w14:paraId="0FD1306F" w14:textId="14916255" w:rsidR="0038062E" w:rsidRDefault="00D132DA">
      <w:pPr>
        <w:keepNext/>
        <w:pBdr>
          <w:bottom w:val="single" w:sz="7" w:space="2" w:color="2F75B5"/>
        </w:pBdr>
        <w:spacing w:before="100" w:after="40"/>
      </w:pPr>
      <w:r>
        <w:rPr>
          <w:b/>
          <w:color w:val="2F75B5"/>
          <w:sz w:val="17"/>
        </w:rPr>
        <w:t>ELEVOPLYSNINGER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300"/>
        <w:gridCol w:w="6060"/>
      </w:tblGrid>
      <w:tr w:rsidR="0038062E" w14:paraId="1EBA38E0" w14:textId="77777777" w:rsidTr="007D3DB5">
        <w:trPr>
          <w:trHeight w:val="445"/>
        </w:trPr>
        <w:tc>
          <w:tcPr>
            <w:tcW w:w="3300" w:type="dxa"/>
            <w:tcMar>
              <w:top w:w="48" w:type="dxa"/>
              <w:left w:w="0" w:type="dxa"/>
              <w:bottom w:w="48" w:type="dxa"/>
              <w:right w:w="100" w:type="dxa"/>
            </w:tcMar>
            <w:vAlign w:val="center"/>
          </w:tcPr>
          <w:p w14:paraId="673BD71C" w14:textId="77777777" w:rsidR="0038062E" w:rsidRDefault="00D132DA">
            <w:pPr>
              <w:spacing w:after="0" w:line="240" w:lineRule="auto"/>
            </w:pPr>
            <w:r>
              <w:rPr>
                <w:b/>
                <w:color w:val="17365D"/>
                <w:sz w:val="18"/>
              </w:rPr>
              <w:t xml:space="preserve">Elevens </w:t>
            </w:r>
            <w:proofErr w:type="spellStart"/>
            <w:r>
              <w:rPr>
                <w:b/>
                <w:color w:val="17365D"/>
                <w:sz w:val="18"/>
              </w:rPr>
              <w:t>navn</w:t>
            </w:r>
            <w:proofErr w:type="spellEnd"/>
          </w:p>
        </w:tc>
        <w:tc>
          <w:tcPr>
            <w:tcW w:w="6060" w:type="dxa"/>
            <w:tcBorders>
              <w:bottom w:val="single" w:sz="8" w:space="0" w:color="AAB4C0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7DB83445" w14:textId="77777777" w:rsidR="0038062E" w:rsidRDefault="0038062E">
            <w:pPr>
              <w:spacing w:after="0" w:line="240" w:lineRule="auto"/>
            </w:pPr>
          </w:p>
        </w:tc>
      </w:tr>
      <w:tr w:rsidR="0038062E" w14:paraId="08B9AF5B" w14:textId="77777777" w:rsidTr="007D3DB5">
        <w:trPr>
          <w:trHeight w:val="467"/>
        </w:trPr>
        <w:tc>
          <w:tcPr>
            <w:tcW w:w="3300" w:type="dxa"/>
            <w:tcMar>
              <w:top w:w="48" w:type="dxa"/>
              <w:left w:w="0" w:type="dxa"/>
              <w:bottom w:w="48" w:type="dxa"/>
              <w:right w:w="100" w:type="dxa"/>
            </w:tcMar>
            <w:vAlign w:val="center"/>
          </w:tcPr>
          <w:p w14:paraId="69249BF3" w14:textId="77777777" w:rsidR="0038062E" w:rsidRDefault="00D132DA">
            <w:pPr>
              <w:spacing w:after="0" w:line="240" w:lineRule="auto"/>
            </w:pPr>
            <w:proofErr w:type="spellStart"/>
            <w:r>
              <w:rPr>
                <w:b/>
                <w:color w:val="17365D"/>
                <w:sz w:val="18"/>
              </w:rPr>
              <w:t>Journalnummer</w:t>
            </w:r>
            <w:proofErr w:type="spellEnd"/>
          </w:p>
        </w:tc>
        <w:tc>
          <w:tcPr>
            <w:tcW w:w="6060" w:type="dxa"/>
            <w:tcBorders>
              <w:bottom w:val="single" w:sz="8" w:space="0" w:color="AAB4C0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C7FAA6B" w14:textId="77777777" w:rsidR="0038062E" w:rsidRDefault="0038062E">
            <w:pPr>
              <w:spacing w:after="0" w:line="240" w:lineRule="auto"/>
            </w:pPr>
          </w:p>
        </w:tc>
      </w:tr>
      <w:tr w:rsidR="0038062E" w14:paraId="28D21FF3" w14:textId="77777777" w:rsidTr="007D3DB5">
        <w:trPr>
          <w:trHeight w:val="461"/>
        </w:trPr>
        <w:tc>
          <w:tcPr>
            <w:tcW w:w="3300" w:type="dxa"/>
            <w:tcMar>
              <w:top w:w="48" w:type="dxa"/>
              <w:left w:w="0" w:type="dxa"/>
              <w:bottom w:w="48" w:type="dxa"/>
              <w:right w:w="100" w:type="dxa"/>
            </w:tcMar>
            <w:vAlign w:val="center"/>
          </w:tcPr>
          <w:p w14:paraId="5688D96C" w14:textId="77777777" w:rsidR="0038062E" w:rsidRDefault="00D132DA">
            <w:pPr>
              <w:spacing w:after="0" w:line="240" w:lineRule="auto"/>
            </w:pPr>
            <w:r>
              <w:rPr>
                <w:b/>
                <w:color w:val="17365D"/>
                <w:sz w:val="18"/>
              </w:rPr>
              <w:t>CPR-nr. eller fødselsdato</w:t>
            </w:r>
          </w:p>
        </w:tc>
        <w:tc>
          <w:tcPr>
            <w:tcW w:w="6060" w:type="dxa"/>
            <w:tcBorders>
              <w:bottom w:val="single" w:sz="8" w:space="0" w:color="AAB4C0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B09FA3F" w14:textId="686DDF72" w:rsidR="0038062E" w:rsidRDefault="0038062E">
            <w:pPr>
              <w:spacing w:after="0" w:line="240" w:lineRule="auto"/>
            </w:pPr>
          </w:p>
        </w:tc>
      </w:tr>
    </w:tbl>
    <w:p w14:paraId="202077AF" w14:textId="77777777" w:rsidR="0038062E" w:rsidRDefault="0038062E">
      <w:pPr>
        <w:spacing w:after="0"/>
      </w:pPr>
    </w:p>
    <w:p w14:paraId="189C3637" w14:textId="77777777" w:rsidR="0038062E" w:rsidRDefault="00D132DA">
      <w:pPr>
        <w:keepNext/>
        <w:pBdr>
          <w:bottom w:val="single" w:sz="7" w:space="2" w:color="2F75B5"/>
        </w:pBdr>
        <w:spacing w:before="100" w:after="40"/>
      </w:pPr>
      <w:r>
        <w:rPr>
          <w:b/>
          <w:color w:val="2F75B5"/>
          <w:sz w:val="17"/>
        </w:rPr>
        <w:t>GENNEMFØRT HØJSKOLEOPHOLD</w:t>
      </w:r>
    </w:p>
    <w:p w14:paraId="3BD893F4" w14:textId="77777777" w:rsidR="0038062E" w:rsidRPr="007D3DB5" w:rsidRDefault="00D132DA">
      <w:pPr>
        <w:spacing w:after="40"/>
        <w:rPr>
          <w:lang w:val="da-DK"/>
        </w:rPr>
      </w:pPr>
      <w:r w:rsidRPr="007D3DB5">
        <w:rPr>
          <w:sz w:val="18"/>
          <w:lang w:val="da-DK"/>
        </w:rPr>
        <w:t>Eleven har gennemført nedenstående stipendieuger på kurset.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300"/>
        <w:gridCol w:w="6060"/>
      </w:tblGrid>
      <w:tr w:rsidR="0038062E" w14:paraId="58537956" w14:textId="77777777" w:rsidTr="007D3DB5">
        <w:trPr>
          <w:trHeight w:val="426"/>
        </w:trPr>
        <w:tc>
          <w:tcPr>
            <w:tcW w:w="3300" w:type="dxa"/>
            <w:tcMar>
              <w:top w:w="48" w:type="dxa"/>
              <w:left w:w="0" w:type="dxa"/>
              <w:bottom w:w="48" w:type="dxa"/>
              <w:right w:w="100" w:type="dxa"/>
            </w:tcMar>
            <w:vAlign w:val="center"/>
          </w:tcPr>
          <w:p w14:paraId="4ACB5A86" w14:textId="77777777" w:rsidR="0038062E" w:rsidRDefault="00D132DA">
            <w:pPr>
              <w:spacing w:after="0" w:line="240" w:lineRule="auto"/>
            </w:pPr>
            <w:proofErr w:type="spellStart"/>
            <w:r>
              <w:rPr>
                <w:b/>
                <w:color w:val="17365D"/>
                <w:sz w:val="18"/>
              </w:rPr>
              <w:t>Kursets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varighed</w:t>
            </w:r>
            <w:proofErr w:type="spellEnd"/>
          </w:p>
        </w:tc>
        <w:tc>
          <w:tcPr>
            <w:tcW w:w="6060" w:type="dxa"/>
            <w:tcBorders>
              <w:bottom w:val="single" w:sz="8" w:space="0" w:color="AAB4C0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765C91D4" w14:textId="5A2219E4" w:rsidR="0038062E" w:rsidRDefault="0038062E">
            <w:pPr>
              <w:spacing w:after="0" w:line="240" w:lineRule="auto"/>
            </w:pPr>
          </w:p>
        </w:tc>
      </w:tr>
      <w:tr w:rsidR="0038062E" w14:paraId="1B10CDBE" w14:textId="77777777" w:rsidTr="007D3DB5">
        <w:trPr>
          <w:trHeight w:val="476"/>
        </w:trPr>
        <w:tc>
          <w:tcPr>
            <w:tcW w:w="3300" w:type="dxa"/>
            <w:tcMar>
              <w:top w:w="48" w:type="dxa"/>
              <w:left w:w="0" w:type="dxa"/>
              <w:bottom w:w="48" w:type="dxa"/>
              <w:right w:w="100" w:type="dxa"/>
            </w:tcMar>
            <w:vAlign w:val="center"/>
          </w:tcPr>
          <w:p w14:paraId="1562B3E2" w14:textId="77777777" w:rsidR="0038062E" w:rsidRDefault="00D132DA">
            <w:pPr>
              <w:spacing w:after="0" w:line="240" w:lineRule="auto"/>
            </w:pPr>
            <w:r>
              <w:rPr>
                <w:b/>
                <w:color w:val="17365D"/>
                <w:sz w:val="18"/>
              </w:rPr>
              <w:t xml:space="preserve">Elevens </w:t>
            </w:r>
            <w:proofErr w:type="spellStart"/>
            <w:r>
              <w:rPr>
                <w:b/>
                <w:color w:val="17365D"/>
                <w:sz w:val="18"/>
              </w:rPr>
              <w:t>faktiske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startdato</w:t>
            </w:r>
            <w:proofErr w:type="spellEnd"/>
          </w:p>
        </w:tc>
        <w:tc>
          <w:tcPr>
            <w:tcW w:w="6060" w:type="dxa"/>
            <w:tcBorders>
              <w:bottom w:val="single" w:sz="8" w:space="0" w:color="AAB4C0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69B9E33" w14:textId="694814DF" w:rsidR="0038062E" w:rsidRDefault="0038062E">
            <w:pPr>
              <w:spacing w:after="0" w:line="240" w:lineRule="auto"/>
            </w:pPr>
          </w:p>
        </w:tc>
      </w:tr>
      <w:tr w:rsidR="0038062E" w14:paraId="4D5E8446" w14:textId="77777777" w:rsidTr="007D3DB5">
        <w:trPr>
          <w:trHeight w:val="470"/>
        </w:trPr>
        <w:tc>
          <w:tcPr>
            <w:tcW w:w="3300" w:type="dxa"/>
            <w:tcMar>
              <w:top w:w="48" w:type="dxa"/>
              <w:left w:w="0" w:type="dxa"/>
              <w:bottom w:w="48" w:type="dxa"/>
              <w:right w:w="100" w:type="dxa"/>
            </w:tcMar>
            <w:vAlign w:val="center"/>
          </w:tcPr>
          <w:p w14:paraId="6EB1A2E0" w14:textId="77777777" w:rsidR="0038062E" w:rsidRDefault="00D132DA">
            <w:pPr>
              <w:spacing w:after="0" w:line="240" w:lineRule="auto"/>
            </w:pPr>
            <w:r>
              <w:rPr>
                <w:b/>
                <w:color w:val="17365D"/>
                <w:sz w:val="18"/>
              </w:rPr>
              <w:t xml:space="preserve">Elevens </w:t>
            </w:r>
            <w:proofErr w:type="spellStart"/>
            <w:r>
              <w:rPr>
                <w:b/>
                <w:color w:val="17365D"/>
                <w:sz w:val="18"/>
              </w:rPr>
              <w:t>faktiske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slutdato</w:t>
            </w:r>
            <w:proofErr w:type="spellEnd"/>
          </w:p>
        </w:tc>
        <w:tc>
          <w:tcPr>
            <w:tcW w:w="6060" w:type="dxa"/>
            <w:tcBorders>
              <w:bottom w:val="single" w:sz="8" w:space="0" w:color="AAB4C0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FC255B3" w14:textId="0D558F13" w:rsidR="0038062E" w:rsidRDefault="0038062E">
            <w:pPr>
              <w:spacing w:after="0" w:line="240" w:lineRule="auto"/>
            </w:pPr>
          </w:p>
        </w:tc>
      </w:tr>
      <w:tr w:rsidR="0038062E" w14:paraId="67AD56FB" w14:textId="77777777" w:rsidTr="007D3DB5">
        <w:trPr>
          <w:trHeight w:val="464"/>
        </w:trPr>
        <w:tc>
          <w:tcPr>
            <w:tcW w:w="3300" w:type="dxa"/>
            <w:tcMar>
              <w:top w:w="48" w:type="dxa"/>
              <w:left w:w="0" w:type="dxa"/>
              <w:bottom w:w="48" w:type="dxa"/>
              <w:right w:w="100" w:type="dxa"/>
            </w:tcMar>
            <w:vAlign w:val="center"/>
          </w:tcPr>
          <w:p w14:paraId="3E055FE0" w14:textId="77777777" w:rsidR="0038062E" w:rsidRDefault="00D132DA">
            <w:pPr>
              <w:spacing w:after="0" w:line="240" w:lineRule="auto"/>
            </w:pPr>
            <w:r>
              <w:rPr>
                <w:b/>
                <w:color w:val="17365D"/>
                <w:sz w:val="18"/>
              </w:rPr>
              <w:t xml:space="preserve">Elevens </w:t>
            </w:r>
            <w:proofErr w:type="spellStart"/>
            <w:r>
              <w:rPr>
                <w:b/>
                <w:color w:val="17365D"/>
                <w:sz w:val="18"/>
              </w:rPr>
              <w:t>faktiske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deltagelse</w:t>
            </w:r>
            <w:proofErr w:type="spellEnd"/>
          </w:p>
        </w:tc>
        <w:tc>
          <w:tcPr>
            <w:tcW w:w="6060" w:type="dxa"/>
            <w:tcBorders>
              <w:bottom w:val="single" w:sz="8" w:space="0" w:color="AAB4C0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F3BE42C" w14:textId="265E7A23" w:rsidR="0038062E" w:rsidRDefault="0038062E">
            <w:pPr>
              <w:spacing w:after="0" w:line="240" w:lineRule="auto"/>
            </w:pPr>
          </w:p>
        </w:tc>
      </w:tr>
    </w:tbl>
    <w:p w14:paraId="55A89C33" w14:textId="77777777" w:rsidR="0038062E" w:rsidRPr="007D3DB5" w:rsidRDefault="0038062E">
      <w:pPr>
        <w:spacing w:after="0"/>
        <w:rPr>
          <w:lang w:val="da-DK"/>
        </w:rPr>
      </w:pPr>
    </w:p>
    <w:p w14:paraId="407D3AB3" w14:textId="77777777" w:rsidR="0038062E" w:rsidRDefault="00D132DA">
      <w:pPr>
        <w:keepNext/>
        <w:pBdr>
          <w:bottom w:val="single" w:sz="7" w:space="2" w:color="2F75B5"/>
        </w:pBdr>
        <w:spacing w:before="100" w:after="40"/>
      </w:pPr>
      <w:r>
        <w:rPr>
          <w:b/>
          <w:color w:val="2F75B5"/>
          <w:sz w:val="17"/>
        </w:rPr>
        <w:t>HØJSKOLE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38062E" w14:paraId="042ECBA5" w14:textId="77777777">
        <w:tc>
          <w:tcPr>
            <w:tcW w:w="3000" w:type="dxa"/>
            <w:tcMar>
              <w:top w:w="48" w:type="dxa"/>
              <w:left w:w="0" w:type="dxa"/>
              <w:bottom w:w="48" w:type="dxa"/>
              <w:right w:w="100" w:type="dxa"/>
            </w:tcMar>
            <w:vAlign w:val="center"/>
          </w:tcPr>
          <w:p w14:paraId="2E1A3B1C" w14:textId="77777777" w:rsidR="007D3DB5" w:rsidRDefault="007D3DB5">
            <w:pPr>
              <w:spacing w:after="0" w:line="240" w:lineRule="auto"/>
              <w:rPr>
                <w:b/>
                <w:color w:val="17365D"/>
                <w:sz w:val="18"/>
              </w:rPr>
            </w:pPr>
          </w:p>
          <w:p w14:paraId="1F41CDA1" w14:textId="1909F575" w:rsidR="0038062E" w:rsidRDefault="00D132DA">
            <w:pPr>
              <w:spacing w:after="0" w:line="240" w:lineRule="auto"/>
            </w:pPr>
            <w:proofErr w:type="spellStart"/>
            <w:r>
              <w:rPr>
                <w:b/>
                <w:color w:val="17365D"/>
                <w:sz w:val="18"/>
              </w:rPr>
              <w:t>Højskolens</w:t>
            </w:r>
            <w:proofErr w:type="spellEnd"/>
            <w:r>
              <w:rPr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b/>
                <w:color w:val="17365D"/>
                <w:sz w:val="18"/>
              </w:rPr>
              <w:t>navn</w:t>
            </w:r>
            <w:proofErr w:type="spellEnd"/>
          </w:p>
        </w:tc>
        <w:tc>
          <w:tcPr>
            <w:tcW w:w="6360" w:type="dxa"/>
            <w:tcBorders>
              <w:bottom w:val="single" w:sz="8" w:space="0" w:color="AAB4C0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A7A62D8" w14:textId="77777777" w:rsidR="0038062E" w:rsidRDefault="0038062E">
            <w:pPr>
              <w:spacing w:after="0" w:line="240" w:lineRule="auto"/>
            </w:pPr>
          </w:p>
        </w:tc>
      </w:tr>
      <w:tr w:rsidR="0038062E" w14:paraId="64FA2D18" w14:textId="77777777" w:rsidTr="007D3DB5">
        <w:trPr>
          <w:trHeight w:val="457"/>
        </w:trPr>
        <w:tc>
          <w:tcPr>
            <w:tcW w:w="3000" w:type="dxa"/>
            <w:tcMar>
              <w:top w:w="48" w:type="dxa"/>
              <w:left w:w="0" w:type="dxa"/>
              <w:bottom w:w="48" w:type="dxa"/>
              <w:right w:w="100" w:type="dxa"/>
            </w:tcMar>
            <w:vAlign w:val="center"/>
          </w:tcPr>
          <w:p w14:paraId="12471DE2" w14:textId="77777777" w:rsidR="0038062E" w:rsidRDefault="00D132DA">
            <w:pPr>
              <w:spacing w:after="0" w:line="240" w:lineRule="auto"/>
            </w:pPr>
            <w:proofErr w:type="spellStart"/>
            <w:r>
              <w:rPr>
                <w:b/>
                <w:color w:val="17365D"/>
                <w:sz w:val="18"/>
              </w:rPr>
              <w:t>Kontaktperson</w:t>
            </w:r>
            <w:proofErr w:type="spellEnd"/>
          </w:p>
        </w:tc>
        <w:tc>
          <w:tcPr>
            <w:tcW w:w="6360" w:type="dxa"/>
            <w:tcBorders>
              <w:bottom w:val="single" w:sz="8" w:space="0" w:color="AAB4C0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D522FA2" w14:textId="77777777" w:rsidR="0038062E" w:rsidRDefault="0038062E">
            <w:pPr>
              <w:spacing w:after="0" w:line="240" w:lineRule="auto"/>
            </w:pPr>
          </w:p>
        </w:tc>
      </w:tr>
    </w:tbl>
    <w:p w14:paraId="6CA0EA5A" w14:textId="77777777" w:rsidR="0038062E" w:rsidRDefault="0038062E">
      <w:pPr>
        <w:spacing w:after="0"/>
      </w:pPr>
    </w:p>
    <w:p w14:paraId="744B6977" w14:textId="77777777" w:rsidR="0038062E" w:rsidRDefault="00D132DA">
      <w:pPr>
        <w:keepNext/>
        <w:pBdr>
          <w:bottom w:val="single" w:sz="7" w:space="2" w:color="2F75B5"/>
        </w:pBdr>
        <w:spacing w:before="100" w:after="40"/>
      </w:pPr>
      <w:r>
        <w:rPr>
          <w:b/>
          <w:color w:val="2F75B5"/>
          <w:sz w:val="17"/>
        </w:rPr>
        <w:t>BANKOPLYSNINGER</w:t>
      </w:r>
    </w:p>
    <w:p w14:paraId="0C19F44B" w14:textId="77777777" w:rsidR="0038062E" w:rsidRPr="007D3DB5" w:rsidRDefault="00D132DA">
      <w:pPr>
        <w:spacing w:after="40"/>
        <w:rPr>
          <w:lang w:val="da-DK"/>
        </w:rPr>
      </w:pPr>
      <w:r w:rsidRPr="007D3DB5">
        <w:rPr>
          <w:color w:val="5D6673"/>
          <w:sz w:val="18"/>
          <w:lang w:val="da-DK"/>
        </w:rPr>
        <w:t>Stipendiet bedes overført til højskolens bankforbindelse.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38062E" w14:paraId="5BA79108" w14:textId="77777777">
        <w:tc>
          <w:tcPr>
            <w:tcW w:w="3000" w:type="dxa"/>
            <w:tcMar>
              <w:top w:w="48" w:type="dxa"/>
              <w:left w:w="0" w:type="dxa"/>
              <w:bottom w:w="48" w:type="dxa"/>
              <w:right w:w="100" w:type="dxa"/>
            </w:tcMar>
            <w:vAlign w:val="center"/>
          </w:tcPr>
          <w:p w14:paraId="5ABD90AD" w14:textId="77777777" w:rsidR="0038062E" w:rsidRDefault="00D132DA">
            <w:pPr>
              <w:spacing w:after="0" w:line="240" w:lineRule="auto"/>
            </w:pPr>
            <w:proofErr w:type="spellStart"/>
            <w:r>
              <w:rPr>
                <w:b/>
                <w:color w:val="17365D"/>
                <w:sz w:val="18"/>
              </w:rPr>
              <w:t>Registreringsnummer</w:t>
            </w:r>
            <w:proofErr w:type="spellEnd"/>
          </w:p>
        </w:tc>
        <w:tc>
          <w:tcPr>
            <w:tcW w:w="6360" w:type="dxa"/>
            <w:tcBorders>
              <w:bottom w:val="single" w:sz="8" w:space="0" w:color="AAB4C0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56415DD" w14:textId="77777777" w:rsidR="0038062E" w:rsidRDefault="0038062E">
            <w:pPr>
              <w:spacing w:after="0" w:line="240" w:lineRule="auto"/>
            </w:pPr>
          </w:p>
        </w:tc>
      </w:tr>
      <w:tr w:rsidR="0038062E" w14:paraId="61426353" w14:textId="77777777" w:rsidTr="002014CA">
        <w:trPr>
          <w:trHeight w:val="405"/>
        </w:trPr>
        <w:tc>
          <w:tcPr>
            <w:tcW w:w="3000" w:type="dxa"/>
            <w:tcMar>
              <w:top w:w="48" w:type="dxa"/>
              <w:left w:w="0" w:type="dxa"/>
              <w:bottom w:w="48" w:type="dxa"/>
              <w:right w:w="100" w:type="dxa"/>
            </w:tcMar>
            <w:vAlign w:val="center"/>
          </w:tcPr>
          <w:p w14:paraId="4673C044" w14:textId="77777777" w:rsidR="0038062E" w:rsidRDefault="00D132DA">
            <w:pPr>
              <w:spacing w:after="0" w:line="240" w:lineRule="auto"/>
            </w:pPr>
            <w:proofErr w:type="spellStart"/>
            <w:r>
              <w:rPr>
                <w:b/>
                <w:color w:val="17365D"/>
                <w:sz w:val="18"/>
              </w:rPr>
              <w:t>Kontonummer</w:t>
            </w:r>
            <w:proofErr w:type="spellEnd"/>
          </w:p>
        </w:tc>
        <w:tc>
          <w:tcPr>
            <w:tcW w:w="6360" w:type="dxa"/>
            <w:tcBorders>
              <w:bottom w:val="single" w:sz="8" w:space="0" w:color="AAB4C0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1A3BACE" w14:textId="77777777" w:rsidR="0038062E" w:rsidRDefault="0038062E">
            <w:pPr>
              <w:spacing w:after="0" w:line="240" w:lineRule="auto"/>
            </w:pPr>
          </w:p>
        </w:tc>
      </w:tr>
    </w:tbl>
    <w:p w14:paraId="4AE955F9" w14:textId="77777777" w:rsidR="0038062E" w:rsidRDefault="0038062E">
      <w:pPr>
        <w:spacing w:after="0"/>
      </w:pPr>
    </w:p>
    <w:p w14:paraId="7493FDBB" w14:textId="77777777" w:rsidR="0038062E" w:rsidRDefault="00D132DA">
      <w:pPr>
        <w:keepNext/>
        <w:pBdr>
          <w:bottom w:val="single" w:sz="7" w:space="2" w:color="2F75B5"/>
        </w:pBdr>
        <w:spacing w:before="100" w:after="40"/>
      </w:pPr>
      <w:r>
        <w:rPr>
          <w:b/>
          <w:color w:val="2F75B5"/>
          <w:sz w:val="17"/>
        </w:rPr>
        <w:t>GODKENDELSE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38062E" w14:paraId="5096FF54" w14:textId="77777777" w:rsidTr="007D3DB5">
        <w:trPr>
          <w:trHeight w:val="388"/>
        </w:trPr>
        <w:tc>
          <w:tcPr>
            <w:tcW w:w="3000" w:type="dxa"/>
            <w:tcMar>
              <w:top w:w="48" w:type="dxa"/>
              <w:left w:w="0" w:type="dxa"/>
              <w:bottom w:w="48" w:type="dxa"/>
              <w:right w:w="100" w:type="dxa"/>
            </w:tcMar>
            <w:vAlign w:val="center"/>
          </w:tcPr>
          <w:p w14:paraId="6C79EBB0" w14:textId="77777777" w:rsidR="0038062E" w:rsidRDefault="00D132DA">
            <w:pPr>
              <w:spacing w:after="0" w:line="240" w:lineRule="auto"/>
            </w:pPr>
            <w:r>
              <w:rPr>
                <w:b/>
                <w:color w:val="17365D"/>
                <w:sz w:val="18"/>
              </w:rPr>
              <w:t>Dato</w:t>
            </w:r>
          </w:p>
        </w:tc>
        <w:tc>
          <w:tcPr>
            <w:tcW w:w="6360" w:type="dxa"/>
            <w:tcBorders>
              <w:bottom w:val="single" w:sz="8" w:space="0" w:color="AAB4C0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1C53A96A" w14:textId="118046F7" w:rsidR="0038062E" w:rsidRDefault="0038062E">
            <w:pPr>
              <w:spacing w:after="0" w:line="240" w:lineRule="auto"/>
            </w:pPr>
          </w:p>
        </w:tc>
      </w:tr>
      <w:tr w:rsidR="0038062E" w14:paraId="4A332E48" w14:textId="77777777" w:rsidTr="002014CA">
        <w:trPr>
          <w:trHeight w:val="401"/>
        </w:trPr>
        <w:tc>
          <w:tcPr>
            <w:tcW w:w="3000" w:type="dxa"/>
            <w:tcMar>
              <w:top w:w="48" w:type="dxa"/>
              <w:left w:w="0" w:type="dxa"/>
              <w:bottom w:w="48" w:type="dxa"/>
              <w:right w:w="100" w:type="dxa"/>
            </w:tcMar>
            <w:vAlign w:val="center"/>
          </w:tcPr>
          <w:p w14:paraId="4BCE1FB8" w14:textId="77777777" w:rsidR="0038062E" w:rsidRDefault="00D132DA">
            <w:pPr>
              <w:spacing w:after="0" w:line="240" w:lineRule="auto"/>
            </w:pPr>
            <w:proofErr w:type="spellStart"/>
            <w:r>
              <w:rPr>
                <w:b/>
                <w:color w:val="17365D"/>
                <w:sz w:val="18"/>
              </w:rPr>
              <w:t>Forstanderens</w:t>
            </w:r>
            <w:proofErr w:type="spellEnd"/>
            <w:r>
              <w:rPr>
                <w:b/>
                <w:color w:val="17365D"/>
                <w:sz w:val="18"/>
              </w:rPr>
              <w:t xml:space="preserve"> navn</w:t>
            </w:r>
          </w:p>
        </w:tc>
        <w:tc>
          <w:tcPr>
            <w:tcW w:w="6360" w:type="dxa"/>
            <w:tcBorders>
              <w:bottom w:val="single" w:sz="8" w:space="0" w:color="AAB4C0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DA3A664" w14:textId="77777777" w:rsidR="0038062E" w:rsidRDefault="0038062E">
            <w:pPr>
              <w:spacing w:after="0" w:line="240" w:lineRule="auto"/>
            </w:pPr>
          </w:p>
        </w:tc>
      </w:tr>
      <w:tr w:rsidR="0038062E" w14:paraId="4E1DD3D0" w14:textId="77777777" w:rsidTr="007D3DB5">
        <w:trPr>
          <w:trHeight w:val="440"/>
        </w:trPr>
        <w:tc>
          <w:tcPr>
            <w:tcW w:w="3000" w:type="dxa"/>
            <w:tcMar>
              <w:top w:w="48" w:type="dxa"/>
              <w:left w:w="0" w:type="dxa"/>
              <w:bottom w:w="48" w:type="dxa"/>
              <w:right w:w="100" w:type="dxa"/>
            </w:tcMar>
            <w:vAlign w:val="center"/>
          </w:tcPr>
          <w:p w14:paraId="288365D6" w14:textId="77777777" w:rsidR="0038062E" w:rsidRDefault="00D132DA">
            <w:pPr>
              <w:spacing w:after="0" w:line="240" w:lineRule="auto"/>
            </w:pPr>
            <w:proofErr w:type="spellStart"/>
            <w:r>
              <w:rPr>
                <w:b/>
                <w:color w:val="17365D"/>
                <w:sz w:val="18"/>
              </w:rPr>
              <w:t>Underskrift</w:t>
            </w:r>
            <w:proofErr w:type="spellEnd"/>
          </w:p>
        </w:tc>
        <w:tc>
          <w:tcPr>
            <w:tcW w:w="6360" w:type="dxa"/>
            <w:tcBorders>
              <w:bottom w:val="single" w:sz="8" w:space="0" w:color="AAB4C0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3E688E0" w14:textId="77777777" w:rsidR="0038062E" w:rsidRDefault="0038062E">
            <w:pPr>
              <w:spacing w:after="0" w:line="240" w:lineRule="auto"/>
            </w:pPr>
          </w:p>
        </w:tc>
      </w:tr>
    </w:tbl>
    <w:p w14:paraId="6953B59E" w14:textId="77777777" w:rsidR="0038062E" w:rsidRDefault="0038062E">
      <w:pPr>
        <w:spacing w:after="0"/>
      </w:pPr>
    </w:p>
    <w:p w14:paraId="4B6B4D2F" w14:textId="127EFE57" w:rsidR="0038062E" w:rsidRPr="007D3DB5" w:rsidRDefault="00D132DA">
      <w:pPr>
        <w:spacing w:before="80" w:after="60"/>
        <w:jc w:val="center"/>
        <w:rPr>
          <w:lang w:val="da-DK"/>
        </w:rPr>
      </w:pPr>
      <w:r w:rsidRPr="007D3DB5">
        <w:rPr>
          <w:b/>
          <w:color w:val="17365D"/>
          <w:sz w:val="17"/>
          <w:lang w:val="da-DK"/>
        </w:rPr>
        <w:t xml:space="preserve">Bekræftelsen indsendes som et scannet dokument i PDF-format til </w:t>
      </w:r>
      <w:hyperlink r:id="rId8" w:history="1">
        <w:r w:rsidR="007D3DB5" w:rsidRPr="007D3DB5">
          <w:rPr>
            <w:rStyle w:val="Hyperlink"/>
            <w:b/>
            <w:sz w:val="17"/>
            <w:lang w:val="da-DK"/>
          </w:rPr>
          <w:t>efh</w:t>
        </w:r>
        <w:r w:rsidRPr="007D3DB5">
          <w:rPr>
            <w:rStyle w:val="Hyperlink"/>
            <w:b/>
            <w:sz w:val="17"/>
            <w:lang w:val="da-DK"/>
          </w:rPr>
          <w:t>@ffd.dk</w:t>
        </w:r>
      </w:hyperlink>
      <w:r w:rsidRPr="007D3DB5">
        <w:rPr>
          <w:b/>
          <w:color w:val="17365D"/>
          <w:sz w:val="17"/>
          <w:lang w:val="da-DK"/>
        </w:rPr>
        <w:t>.</w:t>
      </w:r>
    </w:p>
    <w:p w14:paraId="6E7CD54B" w14:textId="77777777" w:rsidR="0038062E" w:rsidRPr="007D3DB5" w:rsidRDefault="00D132DA">
      <w:pPr>
        <w:spacing w:after="0"/>
        <w:jc w:val="center"/>
        <w:rPr>
          <w:lang w:val="da-DK"/>
        </w:rPr>
      </w:pPr>
      <w:r w:rsidRPr="007D3DB5">
        <w:rPr>
          <w:color w:val="5D6673"/>
          <w:sz w:val="15"/>
          <w:lang w:val="da-DK"/>
        </w:rPr>
        <w:t>Bekræftelsen og elevens skriftlige evaluering skal være Folkehøjskolernes Forening i hænde senest én måned efter elevens højskoleophold er afsluttet. Evalueringen skal indeholde elevens refleksioner over udbyttet af opholdet samt over, hvordan erfaringerne kan bruges i elevens fremtidige virke i hjemlandet.</w:t>
      </w:r>
    </w:p>
    <w:sectPr w:rsidR="0038062E" w:rsidRPr="007D3DB5" w:rsidSect="00034616">
      <w:headerReference w:type="default" r:id="rId9"/>
      <w:footerReference w:type="default" r:id="rId10"/>
      <w:pgSz w:w="11906" w:h="16838"/>
      <w:pgMar w:top="879" w:right="1191" w:bottom="822" w:left="1191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2F751" w14:textId="77777777" w:rsidR="00D132DA" w:rsidRDefault="00D132DA">
      <w:pPr>
        <w:spacing w:after="0" w:line="240" w:lineRule="auto"/>
      </w:pPr>
      <w:r>
        <w:separator/>
      </w:r>
    </w:p>
  </w:endnote>
  <w:endnote w:type="continuationSeparator" w:id="0">
    <w:p w14:paraId="6F8D1CBF" w14:textId="77777777" w:rsidR="00D132DA" w:rsidRDefault="00D13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9467" w14:textId="77777777" w:rsidR="0038062E" w:rsidRPr="007D3DB5" w:rsidRDefault="00D132DA">
    <w:pPr>
      <w:pStyle w:val="Sidefod"/>
      <w:spacing w:line="276" w:lineRule="auto"/>
      <w:jc w:val="center"/>
      <w:rPr>
        <w:lang w:val="da-DK"/>
      </w:rPr>
    </w:pPr>
    <w:r w:rsidRPr="007D3DB5">
      <w:rPr>
        <w:color w:val="5D6673"/>
        <w:sz w:val="16"/>
        <w:lang w:val="da-DK"/>
      </w:rPr>
      <w:t>Folkehøjskolernes Forening i Danmark · ffd.dk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9C7FA" w14:textId="77777777" w:rsidR="00D132DA" w:rsidRDefault="00D132DA">
      <w:pPr>
        <w:spacing w:after="0" w:line="240" w:lineRule="auto"/>
      </w:pPr>
      <w:r>
        <w:separator/>
      </w:r>
    </w:p>
  </w:footnote>
  <w:footnote w:type="continuationSeparator" w:id="0">
    <w:p w14:paraId="346F7403" w14:textId="77777777" w:rsidR="00D132DA" w:rsidRDefault="00D13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19AD1" w14:textId="14626074" w:rsidR="0038062E" w:rsidRDefault="007D3DB5" w:rsidP="007D3DB5">
    <w:pPr>
      <w:pStyle w:val="Sidehoved"/>
      <w:spacing w:line="276" w:lineRule="auto"/>
    </w:pPr>
    <w:r>
      <w:rPr>
        <w:rFonts w:ascii="Palatino Linotype" w:hAnsi="Palatino Linotype"/>
        <w:noProof/>
        <w:lang w:eastAsia="da-DK"/>
      </w:rPr>
      <w:drawing>
        <wp:anchor distT="0" distB="0" distL="114300" distR="114300" simplePos="0" relativeHeight="251658752" behindDoc="1" locked="0" layoutInCell="1" allowOverlap="1" wp14:anchorId="07C6C45D" wp14:editId="3A3622BF">
          <wp:simplePos x="0" y="0"/>
          <wp:positionH relativeFrom="column">
            <wp:posOffset>4967605</wp:posOffset>
          </wp:positionH>
          <wp:positionV relativeFrom="paragraph">
            <wp:posOffset>-129540</wp:posOffset>
          </wp:positionV>
          <wp:extent cx="1530985" cy="509905"/>
          <wp:effectExtent l="0" t="0" r="0" b="4445"/>
          <wp:wrapTight wrapText="bothSides">
            <wp:wrapPolygon edited="0">
              <wp:start x="4032" y="0"/>
              <wp:lineTo x="0" y="8070"/>
              <wp:lineTo x="0" y="18560"/>
              <wp:lineTo x="3763" y="20981"/>
              <wp:lineTo x="5913" y="20981"/>
              <wp:lineTo x="21233" y="18560"/>
              <wp:lineTo x="21233" y="7263"/>
              <wp:lineTo x="5913" y="0"/>
              <wp:lineTo x="4032" y="0"/>
            </wp:wrapPolygon>
          </wp:wrapTight>
          <wp:docPr id="1173155936" name="Bille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illed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132DA">
      <w:rPr>
        <w:b/>
        <w:color w:val="17365D"/>
        <w:sz w:val="17"/>
      </w:rPr>
      <w:t>STIPENDIUM · GENNEMFØRELSESBEKRÆFTELSE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3935873">
    <w:abstractNumId w:val="8"/>
  </w:num>
  <w:num w:numId="2" w16cid:durableId="1924295097">
    <w:abstractNumId w:val="6"/>
  </w:num>
  <w:num w:numId="3" w16cid:durableId="2024358457">
    <w:abstractNumId w:val="5"/>
  </w:num>
  <w:num w:numId="4" w16cid:durableId="883324713">
    <w:abstractNumId w:val="4"/>
  </w:num>
  <w:num w:numId="5" w16cid:durableId="704328529">
    <w:abstractNumId w:val="7"/>
  </w:num>
  <w:num w:numId="6" w16cid:durableId="910819582">
    <w:abstractNumId w:val="3"/>
  </w:num>
  <w:num w:numId="7" w16cid:durableId="772095496">
    <w:abstractNumId w:val="2"/>
  </w:num>
  <w:num w:numId="8" w16cid:durableId="1103259512">
    <w:abstractNumId w:val="1"/>
  </w:num>
  <w:num w:numId="9" w16cid:durableId="502282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14CA"/>
    <w:rsid w:val="0029639D"/>
    <w:rsid w:val="00326F90"/>
    <w:rsid w:val="0038062E"/>
    <w:rsid w:val="00793A23"/>
    <w:rsid w:val="007D3DB5"/>
    <w:rsid w:val="00AA1D8D"/>
    <w:rsid w:val="00B47730"/>
    <w:rsid w:val="00CB0664"/>
    <w:rsid w:val="00D132DA"/>
    <w:rsid w:val="00E363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34D0DE"/>
  <w14:defaultImageDpi w14:val="300"/>
  <w15:docId w15:val="{9043A7A5-BF3E-469C-832C-E01771EA2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0252B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rdskrifttypeiafsnit"/>
    <w:uiPriority w:val="99"/>
    <w:unhideWhenUsed/>
    <w:rsid w:val="007D3DB5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D3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efh@ffd.dk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325CCD51005C4481DA83011129F229" ma:contentTypeVersion="19" ma:contentTypeDescription="Opret et nyt dokument." ma:contentTypeScope="" ma:versionID="bedf5e73a4a8e82b3e7e921135fa8df6">
  <xsd:schema xmlns:xsd="http://www.w3.org/2001/XMLSchema" xmlns:xs="http://www.w3.org/2001/XMLSchema" xmlns:p="http://schemas.microsoft.com/office/2006/metadata/properties" xmlns:ns2="5eeda8d1-feb0-4b20-bedb-bdde6c14ea97" xmlns:ns3="a74fd038-c977-4c0e-b475-a29d12076730" targetNamespace="http://schemas.microsoft.com/office/2006/metadata/properties" ma:root="true" ma:fieldsID="ec91b67d1b269e791de51c276869cff8" ns2:_="" ns3:_="">
    <xsd:import namespace="5eeda8d1-feb0-4b20-bedb-bdde6c14ea97"/>
    <xsd:import namespace="a74fd038-c977-4c0e-b475-a29d12076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da8d1-feb0-4b20-bedb-bdde6c14ea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139865a5-77df-40a2-bec3-191f625844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fd038-c977-4c0e-b475-a29d12076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ff4fd4c-4757-4a45-83a3-ca9238a33fdf}" ma:internalName="TaxCatchAll" ma:showField="CatchAllData" ma:web="a74fd038-c977-4c0e-b475-a29d120767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eda8d1-feb0-4b20-bedb-bdde6c14ea97">
      <Terms xmlns="http://schemas.microsoft.com/office/infopath/2007/PartnerControls"/>
    </lcf76f155ced4ddcb4097134ff3c332f>
    <TaxCatchAll xmlns="a74fd038-c977-4c0e-b475-a29d12076730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E0BF32-9986-4419-9995-C4B9A96544A5}"/>
</file>

<file path=customXml/itemProps3.xml><?xml version="1.0" encoding="utf-8"?>
<ds:datastoreItem xmlns:ds="http://schemas.openxmlformats.org/officeDocument/2006/customXml" ds:itemID="{1692711E-8065-40AA-BDDA-838038A3FDDE}"/>
</file>

<file path=customXml/itemProps4.xml><?xml version="1.0" encoding="utf-8"?>
<ds:datastoreItem xmlns:ds="http://schemas.openxmlformats.org/officeDocument/2006/customXml" ds:itemID="{F4B7D289-0D4D-4032-98B8-0DB2E8475D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Bekræftelse på gennemførelse - stipendium til ukrainske og russiske elever</vt:lpstr>
      <vt:lpstr/>
    </vt:vector>
  </TitlesOfParts>
  <Manager/>
  <Company/>
  <LinksUpToDate>false</LinksUpToDate>
  <CharactersWithSpaces>1022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Bekræftelse på gennemførelse - stipendium til ukrainske og russiske elever</dc:title>
  <dc:subject>Dokumentation af gennemført højskoleophold</dc:subject>
  <dc:creator>Folkehøjskolernes Forening i Danmark</dc:creator>
  <cp:keywords/>
  <dc:description>generated by python-docx</dc:description>
  <cp:lastModifiedBy>Emilie Fischer Hansen</cp:lastModifiedBy>
  <cp:revision>3</cp:revision>
  <dcterms:created xsi:type="dcterms:W3CDTF">2026-09-04T08:57:00Z</dcterms:created>
  <dcterms:modified xsi:type="dcterms:W3CDTF">2026-09-04T08:57:00Z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0x0101005E325CCD51005C4481DA83011129F229</vt:lpwstr>
  </property>
</Properties>
</file>